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studios Sociales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Estudios Sociales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Unidad Educativa: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 lectivo: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Estudios Sociales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