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pañol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spañol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