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pañol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Español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