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spañol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Español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Español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