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spañol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Español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