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ner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A6F97"/>
          <w:sz w:val="76"/>
        </w:rPr>
        <w:t>Enero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