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ner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2A6F97"/>
          <w:sz w:val="88"/>
        </w:rPr>
        <w:t>Enero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Enero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