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16" w:before="0" w:after="19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mprendimiento y Gestión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A74F0F"/>
          <w:sz w:val="68"/>
        </w:rPr>
        <w:t>Emprendimiento y</w:t>
        <w:br/>
      </w:r>
      <w:r>
        <w:rPr>
          <w:rFonts w:ascii="Georgia" w:hAnsi="Georgia" w:cs="Georgia" w:eastAsia="Georgia"/>
          <w:b/>
          <w:i/>
          <w:color w:val="A74F0F"/>
          <w:sz w:val="68"/>
        </w:rPr>
        <w:t>Gestión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Unidad Educativa: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 lectivo: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Emprendimiento y Gestión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