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Fís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Educación 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