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Educación Física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