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conomí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Economía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Universidad: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Economía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