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conom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Economía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