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Cultural y Artístic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AD1457"/>
          <w:sz w:val="68"/>
        </w:rPr>
        <w:t>Educación Cultural y</w:t>
        <w:br/>
      </w:r>
      <w:r>
        <w:rPr>
          <w:rFonts w:ascii="Trebuchet MS" w:hAnsi="Trebuchet MS" w:cs="Trebuchet MS" w:eastAsia="Trebuchet MS"/>
          <w:b/>
          <w:i w:val="0"/>
          <w:color w:val="AD1457"/>
          <w:sz w:val="68"/>
        </w:rPr>
        <w:t>Artística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Unidad Educativa: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 lectivo: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Cultural y Artística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