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20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Cultural y Artística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AD1457"/>
          <w:sz w:val="72"/>
        </w:rPr>
        <w:t>Educación Cultural y</w:t>
        <w:br/>
      </w:r>
      <w:r>
        <w:rPr>
          <w:rFonts w:ascii="Trebuchet MS" w:hAnsi="Trebuchet MS" w:cs="Trebuchet MS" w:eastAsia="Trebuchet MS"/>
          <w:b/>
          <w:i w:val="0"/>
          <w:color w:val="AD1457"/>
          <w:sz w:val="72"/>
        </w:rPr>
        <w:t>Artística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Curso: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Unidad Educativa: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 lectivo: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Cultural y Artística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