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08" w:before="0" w:after="36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ducación Cultural y Artístic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AD1457"/>
          <w:sz w:val="84"/>
        </w:rPr>
        <w:t>Educación Cultural y</w:t>
        <w:br/>
      </w:r>
      <w:r>
        <w:rPr>
          <w:rFonts w:ascii="Arial" w:hAnsi="Arial" w:cs="Arial" w:eastAsia="Arial"/>
          <w:b/>
          <w:i w:val="0"/>
          <w:color w:val="AD1457"/>
          <w:sz w:val="84"/>
        </w:rPr>
        <w:t>Artística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Unidad Educativa: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 lectivo: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Cultural y Artística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