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6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ducación Cultural y Artístic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Educación Cultural y</w:t>
        <w:br/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Artística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Unidad Educativa: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Año lectivo: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Cultural y Artística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