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792" w:before="0" w:after="835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sarrollo Personal, Ciudadanía y Cív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66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FFFFFF"/>
          <w:sz w:val="66"/>
        </w:rPr>
        <w:t>Ciudadanía y Cívica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