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40" w:before="0" w:after="4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4262C"/>
          <w:sz w:val="70"/>
        </w:rPr>
        <w:t>Desarrollo Personal,</w:t>
        <w:br/>
      </w:r>
      <w:r>
        <w:rPr>
          <w:rFonts w:ascii="Georgia" w:hAnsi="Georgia" w:cs="Georgia" w:eastAsia="Georgia"/>
          <w:b/>
          <w:i w:val="0"/>
          <w:color w:val="A4262C"/>
          <w:sz w:val="70"/>
        </w:rPr>
        <w:t>Ciudadanía y Cívica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