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Diciembre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Diciembre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Diciembre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