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1056" w:before="0" w:after="1320"/>
        <w:jc w:val="left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72400" cy="10058400"/>
            <wp:effectExtent l="0" t="0" r="0" b="0"/>
            <wp:wrapNone/>
            <wp:docPr id="1" name="Picture 1" descr="Fondo decorativo: Portada de Diciembre geométrica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772400" cy="1005840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Arial" w:hAnsi="Arial" w:cs="Arial" w:eastAsia="Arial"/>
          <w:b/>
          <w:i w:val="0"/>
          <w:color w:val="A4161A"/>
          <w:sz w:val="88"/>
        </w:rPr>
        <w:t>Diciembre</w:t>
      </w:r>
    </w:p>
    <w:p>
      <w:pPr>
        <w:spacing w:lineRule="exact" w:line="56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Nombre: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6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Grado y grupo: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6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Escuela: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6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Profesor(a):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6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Fecha: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sectPr w:rsidR="00FC693F" w:rsidRPr="0006063C" w:rsidSect="00034616">
      <w:pgSz w:w="12240" w:h="15840"/>
      <w:pgMar w:top="7920" w:right="1224" w:bottom="360" w:left="1224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Diciembre geométrica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