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erecho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Derecho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