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1056" w:before="0" w:after="1470"/>
        <w:jc w:val="left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Derecho geométric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Arial" w:hAnsi="Arial" w:cs="Arial" w:eastAsia="Arial"/>
          <w:b/>
          <w:i w:val="0"/>
          <w:color w:val="2F3E5C"/>
          <w:sz w:val="88"/>
        </w:rPr>
        <w:t>Derecho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Curso: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Universidad: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Docente: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Fecha: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1906" w:h="16838"/>
      <w:pgMar w:top="8419" w:right="1191" w:bottom="360" w:left="1191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Derecho geométrica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