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Derecho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Derecho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Universidad: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Derecho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