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967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Conocimiento del Medio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