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putació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omputac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