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putació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omputació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