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16" w:before="0" w:after="191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Formación Cívica y Ética de recortes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rebuchet MS" w:hAnsi="Trebuchet MS" w:cs="Trebuchet MS" w:eastAsia="Trebuchet MS"/>
          <w:b/>
          <w:i w:val="0"/>
          <w:color w:val="3A4F9B"/>
          <w:sz w:val="68"/>
        </w:rPr>
        <w:t>Formación Cívica y</w:t>
        <w:br/>
      </w:r>
      <w:r>
        <w:rPr>
          <w:rFonts w:ascii="Trebuchet MS" w:hAnsi="Trebuchet MS" w:cs="Trebuchet MS" w:eastAsia="Trebuchet MS"/>
          <w:b/>
          <w:i w:val="0"/>
          <w:color w:val="3A4F9B"/>
          <w:sz w:val="68"/>
        </w:rPr>
        <w:t>Ética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Nombre: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Grado y grupo: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Escuela: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Profesor(a):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Fecha: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6973" w:right="2194" w:bottom="360" w:left="2194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Formación Cívica y Ética de recortes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