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05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ormación Cívica y Étic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Formación Cívica y</w:t>
        <w:br/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Ética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Formación Cívica y Ética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