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ormación Cívica y Étic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313C74"/>
          <w:sz w:val="68"/>
        </w:rPr>
        <w:t>Formación Cívica y</w:t>
        <w:br/>
      </w:r>
      <w:r>
        <w:rPr>
          <w:rFonts w:ascii="Georgia" w:hAnsi="Georgia" w:cs="Georgia" w:eastAsia="Georgia"/>
          <w:b/>
          <w:i/>
          <w:color w:val="313C74"/>
          <w:sz w:val="68"/>
        </w:rPr>
        <w:t>Ética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2240" w:h="15840"/>
      <w:pgMar w:top="6042" w:right="2438" w:bottom="360" w:left="243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Formación Cívica y Ética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