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994E"/>
          <w:sz w:val="76"/>
        </w:rPr>
        <w:t>Ciencias Naturales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