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91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Ciencia y Tecnología para colorear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Comic Sans MS" w:hAnsi="Comic Sans MS" w:cs="Comic Sans MS" w:eastAsia="Comic Sans MS"/>
          <w:b/>
          <w:i w:val="0"/>
          <w:color w:val="000000"/>
          <w:sz w:val="72"/>
        </w:rPr>
        <w:t>Ciencia y Tecnología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Nombre: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Grado y sección: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Colegio: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Docente: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Año: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sectPr w:rsidR="00FC693F" w:rsidRPr="0006063C" w:rsidSect="00034616">
      <w:pgSz w:w="12240" w:h="15840"/>
      <w:pgMar w:top="7725" w:right="2031" w:bottom="360" w:left="2031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Ciencia y Tecnología para colorear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