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talán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Catalán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