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atalán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Catalán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talán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