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astellan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A23B3B"/>
          <w:sz w:val="76"/>
        </w:rPr>
        <w:t>Castellano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Castellano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