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stellan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Castellano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