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astellano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Castellano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Castellano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