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astellano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Castellano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Año: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Castellano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