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778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Bitácora de cuadern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FFFFFF"/>
          <w:sz w:val="76"/>
        </w:rPr>
        <w:t>Bitácora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Grado y grupo: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Escuela: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4754" w:right="2203" w:bottom="360" w:left="220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Bitácora de cuaderno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