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ologí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Biología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Biología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