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5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Biología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Biología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641" w:right="1667" w:bottom="360" w:left="166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Biología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