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olog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Biología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