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V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05D"/>
          <w:sz w:val="72"/>
        </w:rPr>
        <w:t>IV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