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912" w:before="0" w:after="1224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56" cy="10692003"/>
            <wp:effectExtent l="0" t="0" r="0" b="0"/>
            <wp:wrapNone/>
            <wp:docPr id="1" name="Picture 1" descr="Fondo decorativo: Portada de III Bimestre con patrón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56" cy="1069200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Georgia" w:hAnsi="Georgia" w:cs="Georgia" w:eastAsia="Georgia"/>
          <w:b/>
          <w:i w:val="0"/>
          <w:color w:val="5A189A"/>
          <w:sz w:val="76"/>
        </w:rPr>
        <w:t>III Bimestre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Nombre: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Grado y sección: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Colegio: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Docente: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Año: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1906" w:h="16838"/>
      <w:pgMar w:top="6209" w:right="1989" w:bottom="360" w:left="1989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III Bimestre con patrón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