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I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53A44"/>
          <w:sz w:val="72"/>
        </w:rPr>
        <w:t>II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