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864" w:before="0" w:after="959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" name="Picture 1" descr="Fondo decorativo: Portada de I Bimestre aesthetic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Georgia" w:hAnsi="Georgia" w:cs="Georgia" w:eastAsia="Georgia"/>
          <w:b/>
          <w:i/>
          <w:color w:val="1E575B"/>
          <w:sz w:val="72"/>
        </w:rPr>
        <w:t>I Bimestre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Nombre: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Grado y sección: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Colegio: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Docente: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Año: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sectPr w:rsidR="00FC693F" w:rsidRPr="0006063C" w:rsidSect="00034616">
      <w:pgSz w:w="12240" w:h="15840"/>
      <w:pgMar w:top="6042" w:right="2438" w:bottom="360" w:left="2438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I Bimestre aesthetic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