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 B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E575B"/>
          <w:sz w:val="72"/>
        </w:rPr>
        <w:t>I Bimestre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 Bimestre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