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62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Artíst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Educación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Artística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Artística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