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s Plástica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Artes Plásticas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Plásticas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