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s Plástica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Artes Plásticas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Gestión: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Artes Plásticas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