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Artes Plásticas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